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BBE" w:rsidRDefault="00951D73">
      <w:pPr>
        <w:pStyle w:val="Heading1"/>
      </w:pPr>
      <w:r>
        <w:t>Full Stack Development – Module 3 Answers</w:t>
      </w:r>
    </w:p>
    <w:p w:rsidR="009C3BBE" w:rsidRDefault="00951D73">
      <w:pPr>
        <w:pStyle w:val="Heading2"/>
      </w:pPr>
      <w:r>
        <w:t>1. Components of the MERN Stack and Their Interaction</w:t>
      </w:r>
    </w:p>
    <w:p w:rsidR="009C3BBE" w:rsidRDefault="00951D73">
      <w:r>
        <w:t xml:space="preserve">The MERN stack is a popular JavaScript-based technology stack used for developing full stack web applications. </w:t>
      </w:r>
    </w:p>
    <w:p w:rsidR="009C3BBE" w:rsidRDefault="00951D73">
      <w:r>
        <w:t xml:space="preserve">MERN stands for MongoDB, Express.js, React.js, and Node.js. Each component plays a specific role in handling </w:t>
      </w:r>
    </w:p>
    <w:p w:rsidR="009C3BBE" w:rsidRDefault="00951D73">
      <w:r>
        <w:t>different layers of the application.</w:t>
      </w:r>
    </w:p>
    <w:p w:rsidR="009C3BBE" w:rsidRDefault="009C3BBE"/>
    <w:p w:rsidR="009C3BBE" w:rsidRDefault="00951D73">
      <w:r>
        <w:t>MongoDB is a NoSQL database that stores application data in JSON-like documents. It is flexible and schema‑l</w:t>
      </w:r>
      <w:r>
        <w:t xml:space="preserve">ess, </w:t>
      </w:r>
    </w:p>
    <w:p w:rsidR="009C3BBE" w:rsidRDefault="00951D73">
      <w:r>
        <w:t xml:space="preserve">allowing developers to store structured as well as semi‑structured data. For example, user information, product </w:t>
      </w:r>
    </w:p>
    <w:p w:rsidR="009C3BBE" w:rsidRDefault="00951D73">
      <w:r>
        <w:t>details, and application logs can be stored in MongoDB collections.</w:t>
      </w:r>
    </w:p>
    <w:p w:rsidR="009C3BBE" w:rsidRDefault="009C3BBE"/>
    <w:p w:rsidR="009C3BBE" w:rsidRDefault="00951D73">
      <w:r>
        <w:t>Express.js is a lightweight backend web framework that runs on Node.</w:t>
      </w:r>
      <w:r>
        <w:t xml:space="preserve">js. It simplifies server-side programming by </w:t>
      </w:r>
    </w:p>
    <w:p w:rsidR="009C3BBE" w:rsidRDefault="00951D73">
      <w:r>
        <w:t xml:space="preserve">providing routing, middleware support, and request handling. Developers use Express to create REST APIs such as </w:t>
      </w:r>
    </w:p>
    <w:p w:rsidR="009C3BBE" w:rsidRDefault="00951D73">
      <w:r>
        <w:t>login APIs, product APIs, and data submission endpoints.</w:t>
      </w:r>
    </w:p>
    <w:p w:rsidR="009C3BBE" w:rsidRDefault="009C3BBE"/>
    <w:p w:rsidR="009C3BBE" w:rsidRDefault="00951D73">
      <w:r>
        <w:t>React.js is a front-end JavaScript libr</w:t>
      </w:r>
      <w:r>
        <w:t xml:space="preserve">ary used to build interactive user interfaces. It follows a component-based </w:t>
      </w:r>
    </w:p>
    <w:p w:rsidR="009C3BBE" w:rsidRDefault="00951D73">
      <w:r>
        <w:t xml:space="preserve">architecture where the UI is divided into reusable components. React manages the view layer and communicates with </w:t>
      </w:r>
    </w:p>
    <w:p w:rsidR="009C3BBE" w:rsidRDefault="00951D73">
      <w:r>
        <w:t>the backend using HTTP requests (GET, POST, PUT, DELETE).</w:t>
      </w:r>
    </w:p>
    <w:p w:rsidR="009C3BBE" w:rsidRDefault="009C3BBE"/>
    <w:p w:rsidR="009C3BBE" w:rsidRDefault="00951D73">
      <w:r>
        <w:t>Node.</w:t>
      </w:r>
      <w:r>
        <w:t xml:space="preserve">js is the runtime environment that allows JavaScript to run on the server. It handles server operations, </w:t>
      </w:r>
    </w:p>
    <w:p w:rsidR="009C3BBE" w:rsidRDefault="00951D73">
      <w:r>
        <w:t>processes client requests, and connects the frontend with the database.</w:t>
      </w:r>
    </w:p>
    <w:p w:rsidR="009C3BBE" w:rsidRDefault="009C3BBE"/>
    <w:p w:rsidR="009C3BBE" w:rsidRDefault="00951D73">
      <w:r>
        <w:t>Interaction Flow:</w:t>
      </w:r>
    </w:p>
    <w:p w:rsidR="009C3BBE" w:rsidRDefault="00951D73">
      <w:r>
        <w:t>1. The user interacts with the React frontend.</w:t>
      </w:r>
    </w:p>
    <w:p w:rsidR="009C3BBE" w:rsidRDefault="00951D73">
      <w:r>
        <w:t>2. React sen</w:t>
      </w:r>
      <w:r>
        <w:t>ds an API request to the Express/Node server.</w:t>
      </w:r>
    </w:p>
    <w:p w:rsidR="009C3BBE" w:rsidRDefault="00951D73">
      <w:r>
        <w:t>3. The server processes the request and communicates with MongoDB.</w:t>
      </w:r>
    </w:p>
    <w:p w:rsidR="009C3BBE" w:rsidRDefault="00951D73">
      <w:r>
        <w:t>4. MongoDB returns data to the server.</w:t>
      </w:r>
    </w:p>
    <w:p w:rsidR="009C3BBE" w:rsidRDefault="00951D73">
      <w:r>
        <w:t xml:space="preserve">5. The server sends the response back to </w:t>
      </w:r>
      <w:proofErr w:type="gramStart"/>
      <w:r>
        <w:t>React</w:t>
      </w:r>
      <w:proofErr w:type="gramEnd"/>
      <w:r>
        <w:t>, which updates the UI.</w:t>
      </w:r>
    </w:p>
    <w:p w:rsidR="005565D3" w:rsidRDefault="005565D3">
      <w:r w:rsidRPr="005565D3">
        <w:drawing>
          <wp:inline distT="0" distB="0" distL="0" distR="0" wp14:anchorId="1FE552A6" wp14:editId="14FAD3A5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BE" w:rsidRDefault="009C3BBE"/>
    <w:p w:rsidR="009C3BBE" w:rsidRDefault="00951D73">
      <w:r>
        <w:t>Example: In an online shopping ap</w:t>
      </w:r>
      <w:r>
        <w:t xml:space="preserve">plication, React displays products, Express handles order requests, Node runs the </w:t>
      </w:r>
    </w:p>
    <w:p w:rsidR="009C3BBE" w:rsidRDefault="00951D73">
      <w:r>
        <w:t>server logic, and MongoDB stores user orders and product details.</w:t>
      </w:r>
    </w:p>
    <w:p w:rsidR="009C3BBE" w:rsidRDefault="009C3BBE"/>
    <w:p w:rsidR="009C3BBE" w:rsidRDefault="00951D73">
      <w:pPr>
        <w:pStyle w:val="Heading2"/>
      </w:pPr>
      <w:r>
        <w:t>2. How React Uses JSX for Rendering UI Components</w:t>
      </w:r>
    </w:p>
    <w:p w:rsidR="009C3BBE" w:rsidRDefault="00951D73">
      <w:r>
        <w:t xml:space="preserve">JSX (JavaScript XML) is a syntax extension used in React that allows developers to write HTML-like code inside </w:t>
      </w:r>
    </w:p>
    <w:p w:rsidR="009C3BBE" w:rsidRDefault="00951D73">
      <w:r>
        <w:lastRenderedPageBreak/>
        <w:t xml:space="preserve">JavaScript. JSX makes it easier to design UI components because the structure of the interface becomes more </w:t>
      </w:r>
    </w:p>
    <w:p w:rsidR="009C3BBE" w:rsidRDefault="00951D73">
      <w:r>
        <w:t>readable and expressive.</w:t>
      </w:r>
    </w:p>
    <w:p w:rsidR="009C3BBE" w:rsidRDefault="009C3BBE"/>
    <w:p w:rsidR="009C3BBE" w:rsidRDefault="00951D73">
      <w:r>
        <w:t>React con</w:t>
      </w:r>
      <w:r>
        <w:t xml:space="preserve">verts JSX into standard JavaScript using a compiler such as Babel. Internally, JSX becomes </w:t>
      </w:r>
    </w:p>
    <w:p w:rsidR="009C3BBE" w:rsidRDefault="00951D73">
      <w:r>
        <w:t>React.createElement() calls which generate virtual DOM elements.</w:t>
      </w:r>
    </w:p>
    <w:p w:rsidR="009C3BBE" w:rsidRDefault="009C3BBE"/>
    <w:p w:rsidR="009C3BBE" w:rsidRDefault="00951D73">
      <w:r>
        <w:t>Benefits of JSX:</w:t>
      </w:r>
    </w:p>
    <w:p w:rsidR="009C3BBE" w:rsidRDefault="00951D73">
      <w:r>
        <w:t>1. Improved readability – Developers can easily understand UI structure.</w:t>
      </w:r>
    </w:p>
    <w:p w:rsidR="009C3BBE" w:rsidRDefault="00951D73">
      <w:r>
        <w:t>2. Faste</w:t>
      </w:r>
      <w:r>
        <w:t>r development – Writing HTML-style syntax inside JavaScript reduces complexity.</w:t>
      </w:r>
    </w:p>
    <w:p w:rsidR="009C3BBE" w:rsidRDefault="00951D73">
      <w:r>
        <w:t>3. Component-based design – JSX helps organize UI into reusable components.</w:t>
      </w:r>
    </w:p>
    <w:p w:rsidR="009C3BBE" w:rsidRDefault="00951D73">
      <w:r>
        <w:t>4. Better error detection – Compilation errors appear early during development.</w:t>
      </w:r>
    </w:p>
    <w:p w:rsidR="009C3BBE" w:rsidRDefault="00951D73">
      <w:r>
        <w:t>5. Prevents injectio</w:t>
      </w:r>
      <w:r>
        <w:t>n attacks – JSX automatically escapes values to improve security.</w:t>
      </w:r>
    </w:p>
    <w:p w:rsidR="009C3BBE" w:rsidRDefault="009C3BBE"/>
    <w:p w:rsidR="009C3BBE" w:rsidRDefault="00951D73">
      <w:r>
        <w:t>Example:</w:t>
      </w:r>
    </w:p>
    <w:p w:rsidR="009C3BBE" w:rsidRDefault="00951D73">
      <w:r>
        <w:t>Instead of writing:</w:t>
      </w:r>
    </w:p>
    <w:p w:rsidR="009C3BBE" w:rsidRDefault="00951D73">
      <w:r>
        <w:t>React.createElement("h1", null, "Hello Student")</w:t>
      </w:r>
    </w:p>
    <w:p w:rsidR="009C3BBE" w:rsidRDefault="009C3BBE"/>
    <w:p w:rsidR="009C3BBE" w:rsidRDefault="00951D73">
      <w:r>
        <w:t>Using JSX:</w:t>
      </w:r>
    </w:p>
    <w:p w:rsidR="009C3BBE" w:rsidRDefault="00951D73">
      <w:r>
        <w:t>&lt;h1&gt;Hello Student&lt;/h1&gt;</w:t>
      </w:r>
    </w:p>
    <w:p w:rsidR="009C3BBE" w:rsidRDefault="009C3BBE"/>
    <w:p w:rsidR="009C3BBE" w:rsidRDefault="00951D73">
      <w:r>
        <w:t>Thus, JSX simplifies UI development, improves maintainability, and enhances</w:t>
      </w:r>
      <w:r>
        <w:t xml:space="preserve"> productivity in React applications.</w:t>
      </w:r>
    </w:p>
    <w:p w:rsidR="009C3BBE" w:rsidRDefault="009C3BBE"/>
    <w:p w:rsidR="009C3BBE" w:rsidRDefault="00951D73">
      <w:pPr>
        <w:pStyle w:val="Heading2"/>
      </w:pPr>
      <w:r>
        <w:t>3. Serverless Hello World – Explanation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&lt;!DOCTYPE</w:t>
      </w:r>
      <w:proofErr w:type="gram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E50000"/>
          <w:sz w:val="21"/>
          <w:szCs w:val="21"/>
        </w:rPr>
        <w:t>HTML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html</w:t>
      </w:r>
      <w:proofErr w:type="gramEnd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head</w:t>
      </w:r>
      <w:proofErr w:type="gramEnd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meta</w:t>
      </w:r>
      <w:proofErr w:type="gram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E50000"/>
          <w:sz w:val="21"/>
          <w:szCs w:val="21"/>
        </w:rPr>
        <w:t>charset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r w:rsidRPr="00951D73">
        <w:rPr>
          <w:rFonts w:ascii="Consolas" w:eastAsia="Times New Roman" w:hAnsi="Consolas" w:cs="Times New Roman"/>
          <w:color w:val="0000FF"/>
          <w:sz w:val="21"/>
          <w:szCs w:val="21"/>
        </w:rPr>
        <w:t>"utf-8"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title&gt;</w:t>
      </w:r>
      <w:proofErr w:type="gram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Pro MERN Stack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&lt;/title&gt;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script</w:t>
      </w:r>
      <w:proofErr w:type="gram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E50000"/>
          <w:sz w:val="21"/>
          <w:szCs w:val="21"/>
        </w:rPr>
        <w:t>src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r w:rsidRPr="00951D73">
        <w:rPr>
          <w:rFonts w:ascii="Consolas" w:eastAsia="Times New Roman" w:hAnsi="Consolas" w:cs="Times New Roman"/>
          <w:color w:val="0000FF"/>
          <w:sz w:val="21"/>
          <w:szCs w:val="21"/>
        </w:rPr>
        <w:t>"https://unpkg.com/react@16/umd/react.development.js"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&gt;&lt;/script&gt;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script</w:t>
      </w:r>
      <w:proofErr w:type="gram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E50000"/>
          <w:sz w:val="21"/>
          <w:szCs w:val="21"/>
        </w:rPr>
        <w:t>src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r w:rsidRPr="00951D73">
        <w:rPr>
          <w:rFonts w:ascii="Consolas" w:eastAsia="Times New Roman" w:hAnsi="Consolas" w:cs="Times New Roman"/>
          <w:color w:val="0000FF"/>
          <w:sz w:val="21"/>
          <w:szCs w:val="21"/>
        </w:rPr>
        <w:t>"https://unpkg.com/react-dom@16/umd/react-dom.development.js"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&gt;&lt;/script&gt;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&lt;/head&gt;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body</w:t>
      </w:r>
      <w:proofErr w:type="gramEnd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&lt;div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E50000"/>
          <w:sz w:val="21"/>
          <w:szCs w:val="21"/>
        </w:rPr>
        <w:t>id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=</w:t>
      </w:r>
      <w:r w:rsidRPr="00951D73">
        <w:rPr>
          <w:rFonts w:ascii="Consolas" w:eastAsia="Times New Roman" w:hAnsi="Consolas" w:cs="Times New Roman"/>
          <w:color w:val="0000FF"/>
          <w:sz w:val="21"/>
          <w:szCs w:val="21"/>
        </w:rPr>
        <w:t>"contents"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&gt;&lt;/div&gt;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</w:t>
      </w:r>
      <w:proofErr w:type="gramStart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script</w:t>
      </w:r>
      <w:proofErr w:type="gramEnd"/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    </w:t>
      </w:r>
      <w:proofErr w:type="spellStart"/>
      <w:proofErr w:type="gramStart"/>
      <w:r w:rsidRPr="00951D73">
        <w:rPr>
          <w:rFonts w:ascii="Consolas" w:eastAsia="Times New Roman" w:hAnsi="Consolas" w:cs="Times New Roman"/>
          <w:color w:val="0000FF"/>
          <w:sz w:val="21"/>
          <w:szCs w:val="21"/>
        </w:rPr>
        <w:t>const</w:t>
      </w:r>
      <w:proofErr w:type="spellEnd"/>
      <w:proofErr w:type="gram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0070C1"/>
          <w:sz w:val="21"/>
          <w:szCs w:val="21"/>
        </w:rPr>
        <w:t>element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= </w:t>
      </w:r>
      <w:proofErr w:type="spellStart"/>
      <w:r w:rsidRPr="00951D73">
        <w:rPr>
          <w:rFonts w:ascii="Consolas" w:eastAsia="Times New Roman" w:hAnsi="Consolas" w:cs="Times New Roman"/>
          <w:color w:val="001080"/>
          <w:sz w:val="21"/>
          <w:szCs w:val="21"/>
        </w:rPr>
        <w:t>React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.</w:t>
      </w:r>
      <w:r w:rsidRPr="00951D73">
        <w:rPr>
          <w:rFonts w:ascii="Consolas" w:eastAsia="Times New Roman" w:hAnsi="Consolas" w:cs="Times New Roman"/>
          <w:color w:val="795E26"/>
          <w:sz w:val="21"/>
          <w:szCs w:val="21"/>
        </w:rPr>
        <w:t>createElement</w:t>
      </w:r>
      <w:proofErr w:type="spell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(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        </w:t>
      </w:r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'</w:t>
      </w:r>
      <w:proofErr w:type="gramStart"/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div</w:t>
      </w:r>
      <w:proofErr w:type="gramEnd"/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'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,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        </w:t>
      </w:r>
      <w:proofErr w:type="gramStart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{ </w:t>
      </w:r>
      <w:r w:rsidRPr="00951D73">
        <w:rPr>
          <w:rFonts w:ascii="Consolas" w:eastAsia="Times New Roman" w:hAnsi="Consolas" w:cs="Times New Roman"/>
          <w:color w:val="001080"/>
          <w:sz w:val="21"/>
          <w:szCs w:val="21"/>
        </w:rPr>
        <w:t>title</w:t>
      </w:r>
      <w:proofErr w:type="gramEnd"/>
      <w:r w:rsidRPr="00951D73">
        <w:rPr>
          <w:rFonts w:ascii="Consolas" w:eastAsia="Times New Roman" w:hAnsi="Consolas" w:cs="Times New Roman"/>
          <w:color w:val="001080"/>
          <w:sz w:val="21"/>
          <w:szCs w:val="21"/>
        </w:rPr>
        <w:t>: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</w:t>
      </w:r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'Outer div'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 },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        </w:t>
      </w:r>
      <w:proofErr w:type="spellStart"/>
      <w:proofErr w:type="gramStart"/>
      <w:r w:rsidRPr="00951D73">
        <w:rPr>
          <w:rFonts w:ascii="Consolas" w:eastAsia="Times New Roman" w:hAnsi="Consolas" w:cs="Times New Roman"/>
          <w:color w:val="001080"/>
          <w:sz w:val="21"/>
          <w:szCs w:val="21"/>
        </w:rPr>
        <w:t>React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.</w:t>
      </w:r>
      <w:r w:rsidRPr="00951D73">
        <w:rPr>
          <w:rFonts w:ascii="Consolas" w:eastAsia="Times New Roman" w:hAnsi="Consolas" w:cs="Times New Roman"/>
          <w:color w:val="795E26"/>
          <w:sz w:val="21"/>
          <w:szCs w:val="21"/>
        </w:rPr>
        <w:t>createElement</w:t>
      </w:r>
      <w:proofErr w:type="spell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(</w:t>
      </w:r>
      <w:proofErr w:type="gramEnd"/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'h1'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, </w:t>
      </w:r>
      <w:r w:rsidRPr="00951D73">
        <w:rPr>
          <w:rFonts w:ascii="Consolas" w:eastAsia="Times New Roman" w:hAnsi="Consolas" w:cs="Times New Roman"/>
          <w:color w:val="0000FF"/>
          <w:sz w:val="21"/>
          <w:szCs w:val="21"/>
        </w:rPr>
        <w:t>null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, </w:t>
      </w:r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'Hello World!'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)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        );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    </w:t>
      </w:r>
      <w:proofErr w:type="spellStart"/>
      <w:proofErr w:type="gramStart"/>
      <w:r w:rsidRPr="00951D73">
        <w:rPr>
          <w:rFonts w:ascii="Consolas" w:eastAsia="Times New Roman" w:hAnsi="Consolas" w:cs="Times New Roman"/>
          <w:color w:val="001080"/>
          <w:sz w:val="21"/>
          <w:szCs w:val="21"/>
        </w:rPr>
        <w:t>ReactDOM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.</w:t>
      </w:r>
      <w:r w:rsidRPr="00951D73">
        <w:rPr>
          <w:rFonts w:ascii="Consolas" w:eastAsia="Times New Roman" w:hAnsi="Consolas" w:cs="Times New Roman"/>
          <w:color w:val="795E26"/>
          <w:sz w:val="21"/>
          <w:szCs w:val="21"/>
        </w:rPr>
        <w:t>render</w:t>
      </w:r>
      <w:proofErr w:type="spell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(</w:t>
      </w:r>
      <w:proofErr w:type="gramEnd"/>
      <w:r w:rsidRPr="00951D73">
        <w:rPr>
          <w:rFonts w:ascii="Consolas" w:eastAsia="Times New Roman" w:hAnsi="Consolas" w:cs="Times New Roman"/>
          <w:color w:val="0070C1"/>
          <w:sz w:val="21"/>
          <w:szCs w:val="21"/>
        </w:rPr>
        <w:t>element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, </w:t>
      </w:r>
      <w:proofErr w:type="spellStart"/>
      <w:r w:rsidRPr="00951D73">
        <w:rPr>
          <w:rFonts w:ascii="Consolas" w:eastAsia="Times New Roman" w:hAnsi="Consolas" w:cs="Times New Roman"/>
          <w:color w:val="001080"/>
          <w:sz w:val="21"/>
          <w:szCs w:val="21"/>
        </w:rPr>
        <w:t>document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.</w:t>
      </w:r>
      <w:r w:rsidRPr="00951D73">
        <w:rPr>
          <w:rFonts w:ascii="Consolas" w:eastAsia="Times New Roman" w:hAnsi="Consolas" w:cs="Times New Roman"/>
          <w:color w:val="795E26"/>
          <w:sz w:val="21"/>
          <w:szCs w:val="21"/>
        </w:rPr>
        <w:t>getElementById</w:t>
      </w:r>
      <w:proofErr w:type="spellEnd"/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(</w:t>
      </w:r>
      <w:r w:rsidRPr="00951D73">
        <w:rPr>
          <w:rFonts w:ascii="Consolas" w:eastAsia="Times New Roman" w:hAnsi="Consolas" w:cs="Times New Roman"/>
          <w:color w:val="A31515"/>
          <w:sz w:val="21"/>
          <w:szCs w:val="21"/>
        </w:rPr>
        <w:t>'contents'</w:t>
      </w: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>));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000000"/>
          <w:sz w:val="21"/>
          <w:szCs w:val="21"/>
        </w:rPr>
        <w:t xml:space="preserve">    </w:t>
      </w: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&lt;/script&gt;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&lt;/body&gt;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  <w:r w:rsidRPr="00951D73">
        <w:rPr>
          <w:rFonts w:ascii="Consolas" w:eastAsia="Times New Roman" w:hAnsi="Consolas" w:cs="Times New Roman"/>
          <w:color w:val="800000"/>
          <w:sz w:val="21"/>
          <w:szCs w:val="21"/>
        </w:rPr>
        <w:t>&lt;/html&gt;</w:t>
      </w:r>
    </w:p>
    <w:p w:rsidR="00951D73" w:rsidRPr="00951D73" w:rsidRDefault="00951D73" w:rsidP="00951D73">
      <w:pPr>
        <w:shd w:val="clear" w:color="auto" w:fill="FFFFFF"/>
        <w:spacing w:after="0" w:line="285" w:lineRule="atLeast"/>
        <w:rPr>
          <w:rFonts w:ascii="Consolas" w:eastAsia="Times New Roman" w:hAnsi="Consolas" w:cs="Times New Roman"/>
          <w:color w:val="000000"/>
          <w:sz w:val="21"/>
          <w:szCs w:val="21"/>
        </w:rPr>
      </w:pPr>
    </w:p>
    <w:p w:rsidR="00951D73" w:rsidRPr="00951D73" w:rsidRDefault="00951D73" w:rsidP="00951D73">
      <w:bookmarkStart w:id="0" w:name="_GoBack"/>
      <w:bookmarkEnd w:id="0"/>
    </w:p>
    <w:sectPr w:rsidR="00951D73" w:rsidRPr="00951D7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65D3"/>
    <w:rsid w:val="00951D73"/>
    <w:rsid w:val="009C3BBE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67C72B00-ED02-400B-AE3C-42DCC13B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8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7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9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85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057C0B-ED4E-4EA4-A8F4-D197FDCE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Windows-E</cp:lastModifiedBy>
  <cp:revision>3</cp:revision>
  <dcterms:created xsi:type="dcterms:W3CDTF">2026-02-24T06:48:00Z</dcterms:created>
  <dcterms:modified xsi:type="dcterms:W3CDTF">2026-02-24T06:49:00Z</dcterms:modified>
  <cp:category/>
</cp:coreProperties>
</file>